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C4DFE" w14:textId="77777777" w:rsidR="00011242" w:rsidRDefault="00011242"/>
    <w:p w14:paraId="6BC5A84C" w14:textId="77777777" w:rsidR="005141DB" w:rsidRDefault="005141DB"/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11242" w14:paraId="7086E151" w14:textId="77777777">
        <w:tc>
          <w:tcPr>
            <w:tcW w:w="4320" w:type="dxa"/>
          </w:tcPr>
          <w:p w14:paraId="00DAE83A" w14:textId="77777777" w:rsidR="00011242" w:rsidRDefault="00D9543A">
            <w:r>
              <w:t>Organization Name</w:t>
            </w:r>
            <w:r w:rsidR="005141DB">
              <w:t>:</w:t>
            </w:r>
          </w:p>
          <w:p w14:paraId="5428CC09" w14:textId="6BBC5783" w:rsidR="005141DB" w:rsidRDefault="005141DB"/>
        </w:tc>
        <w:tc>
          <w:tcPr>
            <w:tcW w:w="4320" w:type="dxa"/>
          </w:tcPr>
          <w:p w14:paraId="3C28490A" w14:textId="77777777" w:rsidR="00011242" w:rsidRDefault="00011242"/>
        </w:tc>
      </w:tr>
      <w:tr w:rsidR="00011242" w14:paraId="6DAD03AB" w14:textId="77777777">
        <w:tc>
          <w:tcPr>
            <w:tcW w:w="4320" w:type="dxa"/>
          </w:tcPr>
          <w:p w14:paraId="00F57C61" w14:textId="77777777" w:rsidR="00011242" w:rsidRDefault="00D9543A">
            <w:r>
              <w:t>Fellowship Specialty</w:t>
            </w:r>
            <w:r w:rsidR="005141DB">
              <w:t>:</w:t>
            </w:r>
          </w:p>
          <w:p w14:paraId="017ED4B8" w14:textId="3376354D" w:rsidR="005141DB" w:rsidRDefault="005141DB"/>
        </w:tc>
        <w:tc>
          <w:tcPr>
            <w:tcW w:w="4320" w:type="dxa"/>
          </w:tcPr>
          <w:p w14:paraId="79B346B8" w14:textId="77777777" w:rsidR="00011242" w:rsidRDefault="00011242"/>
        </w:tc>
      </w:tr>
      <w:tr w:rsidR="00011242" w14:paraId="5A112AF6" w14:textId="77777777">
        <w:tc>
          <w:tcPr>
            <w:tcW w:w="4320" w:type="dxa"/>
          </w:tcPr>
          <w:p w14:paraId="2172A20C" w14:textId="58E7966D" w:rsidR="00011242" w:rsidRDefault="00D9543A">
            <w:r>
              <w:t>Organization Address</w:t>
            </w:r>
            <w:r w:rsidR="005141DB">
              <w:t>:</w:t>
            </w:r>
          </w:p>
        </w:tc>
        <w:tc>
          <w:tcPr>
            <w:tcW w:w="4320" w:type="dxa"/>
          </w:tcPr>
          <w:p w14:paraId="45BF61A1" w14:textId="77777777" w:rsidR="00011242" w:rsidRDefault="00011242"/>
        </w:tc>
      </w:tr>
      <w:tr w:rsidR="00011242" w14:paraId="75C93EC8" w14:textId="77777777">
        <w:tc>
          <w:tcPr>
            <w:tcW w:w="4320" w:type="dxa"/>
          </w:tcPr>
          <w:p w14:paraId="5FAA1886" w14:textId="4782AA11" w:rsidR="00011242" w:rsidRDefault="00D9543A">
            <w:r>
              <w:t>City, State, ZIP</w:t>
            </w:r>
            <w:r w:rsidR="005141DB">
              <w:t>:</w:t>
            </w:r>
          </w:p>
        </w:tc>
        <w:tc>
          <w:tcPr>
            <w:tcW w:w="4320" w:type="dxa"/>
          </w:tcPr>
          <w:p w14:paraId="1B7BC1DF" w14:textId="77777777" w:rsidR="00011242" w:rsidRDefault="00011242"/>
        </w:tc>
      </w:tr>
      <w:tr w:rsidR="00011242" w14:paraId="4EBF95B4" w14:textId="77777777">
        <w:tc>
          <w:tcPr>
            <w:tcW w:w="4320" w:type="dxa"/>
          </w:tcPr>
          <w:p w14:paraId="447A7664" w14:textId="7AC3192D" w:rsidR="00011242" w:rsidRDefault="00D9543A">
            <w:r>
              <w:t>Primary Contact Name</w:t>
            </w:r>
            <w:r w:rsidR="005141DB">
              <w:t>:</w:t>
            </w:r>
          </w:p>
        </w:tc>
        <w:tc>
          <w:tcPr>
            <w:tcW w:w="4320" w:type="dxa"/>
          </w:tcPr>
          <w:p w14:paraId="291CBE5C" w14:textId="77777777" w:rsidR="00011242" w:rsidRDefault="00011242"/>
        </w:tc>
      </w:tr>
      <w:tr w:rsidR="00011242" w14:paraId="65931CFC" w14:textId="77777777">
        <w:tc>
          <w:tcPr>
            <w:tcW w:w="4320" w:type="dxa"/>
          </w:tcPr>
          <w:p w14:paraId="0156399D" w14:textId="77777777" w:rsidR="00011242" w:rsidRDefault="00D9543A">
            <w:r>
              <w:t>Contact Email</w:t>
            </w:r>
            <w:r w:rsidR="005141DB">
              <w:t>:</w:t>
            </w:r>
          </w:p>
          <w:p w14:paraId="26DF02C5" w14:textId="29A9CCBC" w:rsidR="005141DB" w:rsidRDefault="005141DB"/>
        </w:tc>
        <w:tc>
          <w:tcPr>
            <w:tcW w:w="4320" w:type="dxa"/>
          </w:tcPr>
          <w:p w14:paraId="5479F404" w14:textId="77777777" w:rsidR="00011242" w:rsidRDefault="00011242"/>
        </w:tc>
      </w:tr>
      <w:tr w:rsidR="00011242" w14:paraId="6DB81779" w14:textId="77777777">
        <w:tc>
          <w:tcPr>
            <w:tcW w:w="4320" w:type="dxa"/>
          </w:tcPr>
          <w:p w14:paraId="12E9CF0F" w14:textId="77777777" w:rsidR="00011242" w:rsidRDefault="00D9543A">
            <w:r>
              <w:t>Contact Phone</w:t>
            </w:r>
            <w:r w:rsidR="005141DB">
              <w:t>:</w:t>
            </w:r>
          </w:p>
          <w:p w14:paraId="57CBE017" w14:textId="722005A9" w:rsidR="005141DB" w:rsidRDefault="005141DB"/>
        </w:tc>
        <w:tc>
          <w:tcPr>
            <w:tcW w:w="4320" w:type="dxa"/>
          </w:tcPr>
          <w:p w14:paraId="4360A573" w14:textId="77777777" w:rsidR="00011242" w:rsidRDefault="00011242"/>
        </w:tc>
      </w:tr>
      <w:tr w:rsidR="00011242" w14:paraId="02402A2F" w14:textId="77777777">
        <w:tc>
          <w:tcPr>
            <w:tcW w:w="4320" w:type="dxa"/>
          </w:tcPr>
          <w:p w14:paraId="4A696FF9" w14:textId="51861B88" w:rsidR="00011242" w:rsidRDefault="00D9543A">
            <w:r>
              <w:t>Website (optional)</w:t>
            </w:r>
            <w:r w:rsidR="005141DB">
              <w:t>:</w:t>
            </w:r>
          </w:p>
        </w:tc>
        <w:tc>
          <w:tcPr>
            <w:tcW w:w="4320" w:type="dxa"/>
          </w:tcPr>
          <w:p w14:paraId="49F97667" w14:textId="77777777" w:rsidR="00011242" w:rsidRDefault="00011242"/>
        </w:tc>
      </w:tr>
    </w:tbl>
    <w:p w14:paraId="7021B3DD" w14:textId="77777777" w:rsidR="005141DB" w:rsidRDefault="00D9543A">
      <w:r>
        <w:br/>
      </w:r>
    </w:p>
    <w:p w14:paraId="48B2439B" w14:textId="77777777" w:rsidR="005141DB" w:rsidRDefault="005141DB"/>
    <w:p w14:paraId="729EFB9A" w14:textId="57FE0FD5" w:rsidR="00011242" w:rsidRDefault="00D9543A">
      <w:r>
        <w:t>Submission Instructions:</w:t>
      </w:r>
      <w:r>
        <w:br/>
        <w:t xml:space="preserve">Please email this completed Fellowship Letter of Intent to </w:t>
      </w:r>
      <w:r w:rsidRPr="005141DB">
        <w:rPr>
          <w:b/>
          <w:bCs/>
        </w:rPr>
        <w:t>admin@cmepec.org</w:t>
      </w:r>
      <w:r>
        <w:t>. You will receive a response within 3 business days.</w:t>
      </w:r>
    </w:p>
    <w:sectPr w:rsidR="00011242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Borders w:offsetFrom="page">
        <w:top w:val="single" w:sz="18" w:space="24" w:color="1F4E78"/>
        <w:left w:val="single" w:sz="18" w:space="24" w:color="1F4E78"/>
        <w:bottom w:val="single" w:sz="18" w:space="24" w:color="1F4E78"/>
        <w:right w:val="single" w:sz="18" w:space="24" w:color="1F4E7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A8906" w14:textId="77777777" w:rsidR="00D9543A" w:rsidRDefault="00D9543A">
      <w:pPr>
        <w:spacing w:after="0" w:line="240" w:lineRule="auto"/>
      </w:pPr>
      <w:r>
        <w:separator/>
      </w:r>
    </w:p>
  </w:endnote>
  <w:endnote w:type="continuationSeparator" w:id="0">
    <w:p w14:paraId="2D41AFAE" w14:textId="77777777" w:rsidR="00D9543A" w:rsidRDefault="00D95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0F8B6" w14:textId="77777777" w:rsidR="005141DB" w:rsidRDefault="005141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4B3DC" w14:textId="77777777" w:rsidR="00011242" w:rsidRDefault="00D9543A">
    <w:pPr>
      <w:pStyle w:val="Footer"/>
      <w:jc w:val="center"/>
    </w:pPr>
    <w:r>
      <w:rPr>
        <w:sz w:val="20"/>
      </w:rPr>
      <w:t>Email completed form to admin@cmepec.org • Response within 3 business days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838E" w14:textId="77777777" w:rsidR="005141DB" w:rsidRDefault="00514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2444C" w14:textId="77777777" w:rsidR="00D9543A" w:rsidRDefault="00D9543A">
      <w:pPr>
        <w:spacing w:after="0" w:line="240" w:lineRule="auto"/>
      </w:pPr>
      <w:r>
        <w:separator/>
      </w:r>
    </w:p>
  </w:footnote>
  <w:footnote w:type="continuationSeparator" w:id="0">
    <w:p w14:paraId="3DDF7F70" w14:textId="77777777" w:rsidR="00D9543A" w:rsidRDefault="00D95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2F7AC" w14:textId="3A848E92" w:rsidR="005141DB" w:rsidRDefault="005141DB">
    <w:pPr>
      <w:pStyle w:val="Header"/>
    </w:pPr>
    <w:r>
      <w:rPr>
        <w:noProof/>
      </w:rPr>
      <w:pict w14:anchorId="0A5E4B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565344" o:spid="_x0000_s1029" type="#_x0000_t75" style="position:absolute;margin-left:0;margin-top:0;width:431.6pt;height:431.6pt;z-index:-251657216;mso-position-horizontal:center;mso-position-horizontal-relative:margin;mso-position-vertical:center;mso-position-vertical-relative:margin" o:allowincell="f">
          <v:imagedata r:id="rId1" o:title="logo to use 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C432D" w14:textId="5E8E2234" w:rsidR="00011242" w:rsidRDefault="005141DB">
    <w:pPr>
      <w:pStyle w:val="Header"/>
      <w:jc w:val="center"/>
    </w:pPr>
    <w:r>
      <w:rPr>
        <w:b/>
        <w:noProof/>
        <w:color w:val="003366"/>
        <w:sz w:val="40"/>
      </w:rPr>
      <w:pict w14:anchorId="0DC309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565345" o:spid="_x0000_s1030" type="#_x0000_t75" style="position:absolute;left:0;text-align:left;margin-left:0;margin-top:0;width:431.6pt;height:431.6pt;z-index:-251656192;mso-position-horizontal:center;mso-position-horizontal-relative:margin;mso-position-vertical:center;mso-position-vertical-relative:margin" o:allowincell="f">
          <v:imagedata r:id="rId1" o:title="logo to use " gain="19661f" blacklevel="22938f"/>
        </v:shape>
      </w:pict>
    </w:r>
    <w:r w:rsidR="00D9543A">
      <w:rPr>
        <w:b/>
        <w:color w:val="003366"/>
        <w:sz w:val="40"/>
      </w:rPr>
      <w:t>Fellowship Letter of Intent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BFDA" w14:textId="711C79EA" w:rsidR="005141DB" w:rsidRDefault="005141DB">
    <w:pPr>
      <w:pStyle w:val="Header"/>
    </w:pPr>
    <w:r>
      <w:rPr>
        <w:noProof/>
      </w:rPr>
      <w:pict w14:anchorId="6C7E0B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565343" o:spid="_x0000_s1028" type="#_x0000_t75" style="position:absolute;margin-left:0;margin-top:0;width:431.6pt;height:431.6pt;z-index:-251658240;mso-position-horizontal:center;mso-position-horizontal-relative:margin;mso-position-vertical:center;mso-position-vertical-relative:margin" o:allowincell="f">
          <v:imagedata r:id="rId1" o:title="logo to use 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5740398">
    <w:abstractNumId w:val="8"/>
  </w:num>
  <w:num w:numId="2" w16cid:durableId="409081138">
    <w:abstractNumId w:val="6"/>
  </w:num>
  <w:num w:numId="3" w16cid:durableId="1078554883">
    <w:abstractNumId w:val="5"/>
  </w:num>
  <w:num w:numId="4" w16cid:durableId="2009942438">
    <w:abstractNumId w:val="4"/>
  </w:num>
  <w:num w:numId="5" w16cid:durableId="1108887814">
    <w:abstractNumId w:val="7"/>
  </w:num>
  <w:num w:numId="6" w16cid:durableId="456995520">
    <w:abstractNumId w:val="3"/>
  </w:num>
  <w:num w:numId="7" w16cid:durableId="897859954">
    <w:abstractNumId w:val="2"/>
  </w:num>
  <w:num w:numId="8" w16cid:durableId="855387892">
    <w:abstractNumId w:val="1"/>
  </w:num>
  <w:num w:numId="9" w16cid:durableId="7381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242"/>
    <w:rsid w:val="00034616"/>
    <w:rsid w:val="0006063C"/>
    <w:rsid w:val="0015074B"/>
    <w:rsid w:val="0029639D"/>
    <w:rsid w:val="00326F90"/>
    <w:rsid w:val="005141DB"/>
    <w:rsid w:val="00AA1D8D"/>
    <w:rsid w:val="00B47730"/>
    <w:rsid w:val="00CB0664"/>
    <w:rsid w:val="00D9543A"/>
    <w:rsid w:val="00F168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6587F5"/>
  <w14:defaultImageDpi w14:val="300"/>
  <w15:docId w15:val="{1E8D9EB4-02A5-4F61-A370-555256CA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jeff coffman</cp:lastModifiedBy>
  <cp:revision>2</cp:revision>
  <dcterms:created xsi:type="dcterms:W3CDTF">2026-07-25T11:24:00Z</dcterms:created>
  <dcterms:modified xsi:type="dcterms:W3CDTF">2026-07-25T11:24:00Z</dcterms:modified>
  <cp:category/>
</cp:coreProperties>
</file>